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1A1DC1" w14:textId="77777777" w:rsidR="0073139C" w:rsidRPr="00702820" w:rsidRDefault="009E2051" w:rsidP="00702820">
      <w:pPr>
        <w:spacing w:after="0" w:line="240" w:lineRule="auto"/>
        <w:jc w:val="center"/>
        <w:rPr>
          <w:sz w:val="28"/>
          <w:szCs w:val="28"/>
        </w:rPr>
      </w:pPr>
      <w:r w:rsidRPr="00702820">
        <w:rPr>
          <w:b/>
          <w:sz w:val="28"/>
          <w:szCs w:val="28"/>
        </w:rPr>
        <w:t>CỘNG HÒA XÃ HỘI CHỦ NGHĨA VIỆT NAM</w:t>
      </w:r>
      <w:r w:rsidRPr="00702820">
        <w:rPr>
          <w:b/>
          <w:sz w:val="28"/>
          <w:szCs w:val="28"/>
        </w:rPr>
        <w:br/>
        <w:t>Độc lập - Tự do - Hạnh phúc</w:t>
      </w:r>
      <w:r w:rsidRPr="00702820">
        <w:rPr>
          <w:b/>
          <w:sz w:val="28"/>
          <w:szCs w:val="28"/>
        </w:rPr>
        <w:br/>
      </w:r>
      <w:r w:rsidRPr="00702820">
        <w:rPr>
          <w:sz w:val="28"/>
          <w:szCs w:val="28"/>
        </w:rPr>
        <w:t>--------------------</w:t>
      </w:r>
    </w:p>
    <w:p w14:paraId="06F47731" w14:textId="77777777" w:rsidR="0073139C" w:rsidRPr="00702820" w:rsidRDefault="0073139C" w:rsidP="00702820">
      <w:pPr>
        <w:spacing w:after="0" w:line="240" w:lineRule="auto"/>
        <w:rPr>
          <w:sz w:val="28"/>
          <w:szCs w:val="28"/>
        </w:rPr>
      </w:pPr>
    </w:p>
    <w:p w14:paraId="6B8D52DD" w14:textId="77777777" w:rsidR="0073139C" w:rsidRPr="00702820" w:rsidRDefault="009E2051" w:rsidP="00702820">
      <w:pPr>
        <w:spacing w:after="0" w:line="240" w:lineRule="auto"/>
        <w:jc w:val="center"/>
        <w:rPr>
          <w:sz w:val="28"/>
          <w:szCs w:val="28"/>
        </w:rPr>
      </w:pPr>
      <w:r w:rsidRPr="00702820">
        <w:rPr>
          <w:b/>
          <w:sz w:val="28"/>
          <w:szCs w:val="28"/>
        </w:rPr>
        <w:t>ĐƠN XIN Ở NỘI TRÚ</w:t>
      </w:r>
      <w:r w:rsidRPr="00702820">
        <w:rPr>
          <w:b/>
          <w:sz w:val="28"/>
          <w:szCs w:val="28"/>
        </w:rPr>
        <w:br/>
        <w:t>Năm học 2026 - 2027</w:t>
      </w:r>
    </w:p>
    <w:p w14:paraId="27B0CDBD" w14:textId="51E897B3" w:rsidR="0073139C" w:rsidRPr="00702820" w:rsidRDefault="009E2051">
      <w:pPr>
        <w:jc w:val="center"/>
        <w:rPr>
          <w:sz w:val="28"/>
          <w:szCs w:val="28"/>
        </w:rPr>
      </w:pPr>
      <w:r w:rsidRPr="00702820">
        <w:rPr>
          <w:b/>
          <w:bCs/>
          <w:iCs/>
          <w:sz w:val="28"/>
          <w:szCs w:val="28"/>
        </w:rPr>
        <w:t>Kính gửi:</w:t>
      </w:r>
      <w:r w:rsidRPr="00702820">
        <w:rPr>
          <w:i/>
          <w:sz w:val="28"/>
          <w:szCs w:val="28"/>
        </w:rPr>
        <w:t xml:space="preserve"> </w:t>
      </w:r>
      <w:r w:rsidRPr="00702820">
        <w:rPr>
          <w:b/>
          <w:sz w:val="28"/>
          <w:szCs w:val="28"/>
        </w:rPr>
        <w:t xml:space="preserve">Ban Giám hiệu </w:t>
      </w:r>
      <w:r w:rsidR="00471083">
        <w:rPr>
          <w:b/>
          <w:sz w:val="28"/>
          <w:szCs w:val="28"/>
        </w:rPr>
        <w:t>t</w:t>
      </w:r>
      <w:r w:rsidRPr="00702820">
        <w:rPr>
          <w:b/>
          <w:sz w:val="28"/>
          <w:szCs w:val="28"/>
        </w:rPr>
        <w:t xml:space="preserve">rường THPT </w:t>
      </w:r>
      <w:r w:rsidR="00702820">
        <w:rPr>
          <w:b/>
          <w:sz w:val="28"/>
          <w:szCs w:val="28"/>
        </w:rPr>
        <w:t>c</w:t>
      </w:r>
      <w:r w:rsidRPr="00702820">
        <w:rPr>
          <w:b/>
          <w:sz w:val="28"/>
          <w:szCs w:val="28"/>
        </w:rPr>
        <w:t>huyên Nguyễn Chí Thanh</w:t>
      </w:r>
    </w:p>
    <w:p w14:paraId="456C345B" w14:textId="77777777" w:rsidR="00702820" w:rsidRDefault="009E2051" w:rsidP="00702820">
      <w:pPr>
        <w:pStyle w:val="ListNumber"/>
        <w:numPr>
          <w:ilvl w:val="0"/>
          <w:numId w:val="0"/>
        </w:numPr>
        <w:ind w:firstLine="567"/>
        <w:rPr>
          <w:b/>
          <w:sz w:val="28"/>
          <w:szCs w:val="28"/>
        </w:rPr>
      </w:pPr>
      <w:r w:rsidRPr="00702820">
        <w:rPr>
          <w:b/>
          <w:sz w:val="28"/>
          <w:szCs w:val="28"/>
        </w:rPr>
        <w:t>1. Thông tin học sinh</w:t>
      </w:r>
    </w:p>
    <w:p w14:paraId="60CE4EB9" w14:textId="77777777" w:rsidR="00702820" w:rsidRDefault="009E2051" w:rsidP="00702820">
      <w:pPr>
        <w:pStyle w:val="ListNumber"/>
        <w:numPr>
          <w:ilvl w:val="0"/>
          <w:numId w:val="0"/>
        </w:numPr>
        <w:ind w:firstLine="567"/>
        <w:rPr>
          <w:sz w:val="28"/>
          <w:szCs w:val="28"/>
        </w:rPr>
      </w:pPr>
      <w:r w:rsidRPr="00702820">
        <w:rPr>
          <w:sz w:val="28"/>
          <w:szCs w:val="28"/>
        </w:rPr>
        <w:t>Em tên là: .......................................................................... Giới tính: ............</w:t>
      </w:r>
    </w:p>
    <w:p w14:paraId="3610C6D3" w14:textId="77777777" w:rsidR="00702820" w:rsidRDefault="009E2051" w:rsidP="00702820">
      <w:pPr>
        <w:pStyle w:val="ListNumber"/>
        <w:numPr>
          <w:ilvl w:val="0"/>
          <w:numId w:val="0"/>
        </w:numPr>
        <w:ind w:firstLine="567"/>
        <w:rPr>
          <w:sz w:val="28"/>
          <w:szCs w:val="28"/>
        </w:rPr>
      </w:pPr>
      <w:r w:rsidRPr="00702820">
        <w:rPr>
          <w:sz w:val="28"/>
          <w:szCs w:val="28"/>
        </w:rPr>
        <w:t>Ngày sinh: ....../....../............. Dân tộc: ............................ Tôn giáo: .............</w:t>
      </w:r>
      <w:r w:rsidR="00702820">
        <w:rPr>
          <w:sz w:val="28"/>
          <w:szCs w:val="28"/>
        </w:rPr>
        <w:t>.</w:t>
      </w:r>
    </w:p>
    <w:p w14:paraId="7BB1F80E" w14:textId="77777777" w:rsidR="00702820" w:rsidRDefault="009E2051" w:rsidP="00702820">
      <w:pPr>
        <w:pStyle w:val="ListNumber"/>
        <w:numPr>
          <w:ilvl w:val="0"/>
          <w:numId w:val="0"/>
        </w:numPr>
        <w:ind w:firstLine="567"/>
        <w:rPr>
          <w:sz w:val="28"/>
          <w:szCs w:val="28"/>
        </w:rPr>
      </w:pPr>
      <w:r w:rsidRPr="00702820">
        <w:rPr>
          <w:sz w:val="28"/>
          <w:szCs w:val="28"/>
        </w:rPr>
        <w:t>Học sinh lớp: .................................................................................................</w:t>
      </w:r>
      <w:r w:rsidR="00702820">
        <w:rPr>
          <w:sz w:val="28"/>
          <w:szCs w:val="28"/>
        </w:rPr>
        <w:t>.</w:t>
      </w:r>
    </w:p>
    <w:p w14:paraId="30F36545" w14:textId="77777777" w:rsidR="00702820" w:rsidRDefault="009E2051" w:rsidP="00702820">
      <w:pPr>
        <w:pStyle w:val="ListNumber"/>
        <w:numPr>
          <w:ilvl w:val="0"/>
          <w:numId w:val="0"/>
        </w:numPr>
        <w:ind w:firstLine="567"/>
        <w:rPr>
          <w:sz w:val="28"/>
          <w:szCs w:val="28"/>
        </w:rPr>
      </w:pPr>
      <w:r w:rsidRPr="00702820">
        <w:rPr>
          <w:sz w:val="28"/>
          <w:szCs w:val="28"/>
        </w:rPr>
        <w:t>Nơi thường trú: ..............................................................................................</w:t>
      </w:r>
      <w:r w:rsidR="00702820">
        <w:rPr>
          <w:sz w:val="28"/>
          <w:szCs w:val="28"/>
        </w:rPr>
        <w:t>.</w:t>
      </w:r>
    </w:p>
    <w:p w14:paraId="5CFEC457" w14:textId="77777777" w:rsidR="00702820" w:rsidRDefault="009E2051" w:rsidP="00702820">
      <w:pPr>
        <w:pStyle w:val="ListNumber"/>
        <w:numPr>
          <w:ilvl w:val="0"/>
          <w:numId w:val="0"/>
        </w:numPr>
        <w:ind w:firstLine="567"/>
        <w:rPr>
          <w:sz w:val="28"/>
          <w:szCs w:val="28"/>
        </w:rPr>
      </w:pPr>
      <w:r w:rsidRPr="00702820">
        <w:rPr>
          <w:sz w:val="28"/>
          <w:szCs w:val="28"/>
        </w:rPr>
        <w:t>Khoảng cách từ nơi thường trú đến trường: ................. km.</w:t>
      </w:r>
    </w:p>
    <w:p w14:paraId="23E79BE6" w14:textId="77777777" w:rsidR="00702820" w:rsidRDefault="009E2051" w:rsidP="00702820">
      <w:pPr>
        <w:pStyle w:val="ListNumber"/>
        <w:numPr>
          <w:ilvl w:val="0"/>
          <w:numId w:val="0"/>
        </w:numPr>
        <w:ind w:firstLine="567"/>
        <w:rPr>
          <w:b/>
          <w:sz w:val="28"/>
          <w:szCs w:val="28"/>
        </w:rPr>
      </w:pPr>
      <w:r w:rsidRPr="00702820">
        <w:rPr>
          <w:b/>
          <w:sz w:val="28"/>
          <w:szCs w:val="28"/>
        </w:rPr>
        <w:t>2. Thông tin gia đình</w:t>
      </w:r>
    </w:p>
    <w:p w14:paraId="021FC249" w14:textId="77777777" w:rsidR="00702820" w:rsidRDefault="009E2051" w:rsidP="00702820">
      <w:pPr>
        <w:pStyle w:val="ListNumber"/>
        <w:numPr>
          <w:ilvl w:val="0"/>
          <w:numId w:val="0"/>
        </w:numPr>
        <w:ind w:firstLine="567"/>
        <w:rPr>
          <w:sz w:val="28"/>
          <w:szCs w:val="28"/>
        </w:rPr>
      </w:pPr>
      <w:r w:rsidRPr="00702820">
        <w:rPr>
          <w:sz w:val="28"/>
          <w:szCs w:val="28"/>
        </w:rPr>
        <w:t>Họ tên cha: ................................................................ Số điện thoại: .............</w:t>
      </w:r>
    </w:p>
    <w:p w14:paraId="64E10B12" w14:textId="77777777" w:rsidR="00702820" w:rsidRDefault="009E2051" w:rsidP="00702820">
      <w:pPr>
        <w:pStyle w:val="ListNumber"/>
        <w:numPr>
          <w:ilvl w:val="0"/>
          <w:numId w:val="0"/>
        </w:numPr>
        <w:ind w:firstLine="567"/>
        <w:rPr>
          <w:sz w:val="28"/>
          <w:szCs w:val="28"/>
        </w:rPr>
      </w:pPr>
      <w:r w:rsidRPr="00702820">
        <w:rPr>
          <w:sz w:val="28"/>
          <w:szCs w:val="28"/>
        </w:rPr>
        <w:t>Họ tên mẹ: ................................................................ Số điện thoại: ..............</w:t>
      </w:r>
    </w:p>
    <w:p w14:paraId="2B23017E" w14:textId="77777777" w:rsidR="00702820" w:rsidRDefault="009E2051" w:rsidP="00702820">
      <w:pPr>
        <w:pStyle w:val="ListNumber"/>
        <w:numPr>
          <w:ilvl w:val="0"/>
          <w:numId w:val="0"/>
        </w:numPr>
        <w:ind w:firstLine="567"/>
        <w:rPr>
          <w:sz w:val="28"/>
          <w:szCs w:val="28"/>
        </w:rPr>
      </w:pPr>
      <w:r w:rsidRPr="00702820">
        <w:rPr>
          <w:sz w:val="28"/>
          <w:szCs w:val="28"/>
        </w:rPr>
        <w:t>Người giám hộ (nếu có): ............................................ Số điện thoại: ............</w:t>
      </w:r>
    </w:p>
    <w:p w14:paraId="111AF051" w14:textId="3E10F20F" w:rsidR="0073139C" w:rsidRPr="00702820" w:rsidRDefault="009E2051" w:rsidP="00E567C6">
      <w:pPr>
        <w:pStyle w:val="ListNumber"/>
        <w:numPr>
          <w:ilvl w:val="0"/>
          <w:numId w:val="0"/>
        </w:numPr>
        <w:spacing w:after="120"/>
        <w:ind w:firstLine="567"/>
        <w:rPr>
          <w:sz w:val="28"/>
          <w:szCs w:val="28"/>
        </w:rPr>
      </w:pPr>
      <w:r w:rsidRPr="00702820">
        <w:rPr>
          <w:b/>
          <w:sz w:val="28"/>
          <w:szCs w:val="28"/>
        </w:rPr>
        <w:t>3. Diện ưu tiên xét duyệt (Đánh dấu X vào ô tương ứng nếu có)</w:t>
      </w:r>
    </w:p>
    <w:p w14:paraId="518219B5" w14:textId="77777777" w:rsidR="0073139C" w:rsidRPr="00702820" w:rsidRDefault="009E2051" w:rsidP="00E567C6">
      <w:pPr>
        <w:spacing w:after="120"/>
        <w:ind w:firstLine="567"/>
        <w:rPr>
          <w:sz w:val="28"/>
          <w:szCs w:val="28"/>
        </w:rPr>
      </w:pPr>
      <w:r w:rsidRPr="00702820">
        <w:rPr>
          <w:sz w:val="28"/>
          <w:szCs w:val="28"/>
        </w:rPr>
        <w:t>[  ] Học sinh mồ côi cả cha lẫn mẹ.</w:t>
      </w:r>
    </w:p>
    <w:p w14:paraId="07211D22" w14:textId="77777777" w:rsidR="0073139C" w:rsidRPr="00702820" w:rsidRDefault="009E2051" w:rsidP="00E567C6">
      <w:pPr>
        <w:spacing w:after="120"/>
        <w:ind w:firstLine="567"/>
        <w:rPr>
          <w:sz w:val="28"/>
          <w:szCs w:val="28"/>
        </w:rPr>
      </w:pPr>
      <w:r w:rsidRPr="00702820">
        <w:rPr>
          <w:sz w:val="28"/>
          <w:szCs w:val="28"/>
        </w:rPr>
        <w:t>[  ] Học sinh là con của người thuộc diện chính sách theo Pháp lệnh ưu đãi Người có công.</w:t>
      </w:r>
    </w:p>
    <w:p w14:paraId="1C6755CE" w14:textId="77777777" w:rsidR="0073139C" w:rsidRPr="00702820" w:rsidRDefault="009E2051" w:rsidP="00E567C6">
      <w:pPr>
        <w:spacing w:after="120"/>
        <w:ind w:firstLine="567"/>
        <w:rPr>
          <w:sz w:val="28"/>
          <w:szCs w:val="28"/>
        </w:rPr>
      </w:pPr>
      <w:r w:rsidRPr="00702820">
        <w:rPr>
          <w:sz w:val="28"/>
          <w:szCs w:val="28"/>
        </w:rPr>
        <w:t>[  ] Học sinh thuộc hộ nghèo / hộ cận nghèo.</w:t>
      </w:r>
    </w:p>
    <w:p w14:paraId="43537902" w14:textId="77777777" w:rsidR="0073139C" w:rsidRPr="00702820" w:rsidRDefault="009E2051" w:rsidP="00E567C6">
      <w:pPr>
        <w:spacing w:after="120"/>
        <w:ind w:firstLine="567"/>
        <w:rPr>
          <w:sz w:val="28"/>
          <w:szCs w:val="28"/>
        </w:rPr>
      </w:pPr>
      <w:r w:rsidRPr="00702820">
        <w:rPr>
          <w:sz w:val="28"/>
          <w:szCs w:val="28"/>
        </w:rPr>
        <w:t>[  ] Học sinh có nơi cư trú thuộc xã khu vực III, thôn đặc biệt khó khăn vùng đồng bào DTTS và miền núi.</w:t>
      </w:r>
    </w:p>
    <w:p w14:paraId="2E265C77" w14:textId="76B93B69" w:rsidR="00702820" w:rsidRDefault="009E2051" w:rsidP="00E567C6">
      <w:pPr>
        <w:spacing w:after="120"/>
        <w:ind w:left="360" w:firstLine="207"/>
        <w:rPr>
          <w:sz w:val="28"/>
          <w:szCs w:val="28"/>
        </w:rPr>
      </w:pPr>
      <w:r w:rsidRPr="00702820">
        <w:rPr>
          <w:sz w:val="28"/>
          <w:szCs w:val="28"/>
        </w:rPr>
        <w:t>[  ] Khác (ghi rõ): ............................................................................................</w:t>
      </w:r>
    </w:p>
    <w:p w14:paraId="46C0EBE5" w14:textId="77777777" w:rsidR="00702820" w:rsidRDefault="009E2051" w:rsidP="00E567C6">
      <w:pPr>
        <w:spacing w:after="120"/>
        <w:ind w:left="360" w:firstLine="207"/>
        <w:rPr>
          <w:sz w:val="28"/>
          <w:szCs w:val="28"/>
        </w:rPr>
      </w:pPr>
      <w:r w:rsidRPr="00702820">
        <w:rPr>
          <w:b/>
          <w:sz w:val="28"/>
          <w:szCs w:val="28"/>
        </w:rPr>
        <w:t>4. Lời cam đoan</w:t>
      </w:r>
    </w:p>
    <w:p w14:paraId="349D72ED" w14:textId="75575A03" w:rsidR="0073139C" w:rsidRPr="00702820" w:rsidRDefault="009E2051" w:rsidP="00E567C6">
      <w:pPr>
        <w:spacing w:after="120"/>
        <w:ind w:firstLine="567"/>
        <w:jc w:val="both"/>
        <w:rPr>
          <w:sz w:val="28"/>
          <w:szCs w:val="28"/>
        </w:rPr>
      </w:pPr>
      <w:r w:rsidRPr="00702820">
        <w:rPr>
          <w:sz w:val="28"/>
          <w:szCs w:val="28"/>
        </w:rPr>
        <w:t>Nếu được Nhà trường xét duyệt cho vào ở nội trú, em xin cam đoan sẽ chấp hành nghiêm chỉnh nội quy, quy chế của khu nội trú và các quy định của Nhà trường. Nếu vi phạm, em xin chịu mọi hình thức kỷ luật, kể cả việc bị buộc thôi ở nội trú.</w:t>
      </w:r>
    </w:p>
    <w:tbl>
      <w:tblPr>
        <w:tblW w:w="9322" w:type="dxa"/>
        <w:jc w:val="center"/>
        <w:tblLayout w:type="fixed"/>
        <w:tblLook w:val="04A0" w:firstRow="1" w:lastRow="0" w:firstColumn="1" w:lastColumn="0" w:noHBand="0" w:noVBand="1"/>
      </w:tblPr>
      <w:tblGrid>
        <w:gridCol w:w="4320"/>
        <w:gridCol w:w="5002"/>
      </w:tblGrid>
      <w:tr w:rsidR="0073139C" w:rsidRPr="00702820" w14:paraId="67A6807E" w14:textId="77777777" w:rsidTr="00702820">
        <w:trPr>
          <w:jc w:val="center"/>
        </w:trPr>
        <w:tc>
          <w:tcPr>
            <w:tcW w:w="4320" w:type="dxa"/>
          </w:tcPr>
          <w:p w14:paraId="174EBCDA" w14:textId="77777777" w:rsidR="0073139C" w:rsidRPr="00702820" w:rsidRDefault="009E2051">
            <w:pPr>
              <w:jc w:val="center"/>
              <w:rPr>
                <w:sz w:val="28"/>
                <w:szCs w:val="28"/>
              </w:rPr>
            </w:pPr>
            <w:r w:rsidRPr="00702820">
              <w:rPr>
                <w:b/>
                <w:sz w:val="28"/>
                <w:szCs w:val="28"/>
              </w:rPr>
              <w:t>Ý KIẾN CỦA PHỤ HUYNH</w:t>
            </w:r>
            <w:r w:rsidRPr="00702820">
              <w:rPr>
                <w:b/>
                <w:sz w:val="28"/>
                <w:szCs w:val="28"/>
              </w:rPr>
              <w:br/>
            </w:r>
            <w:r w:rsidRPr="00702820">
              <w:rPr>
                <w:i/>
                <w:sz w:val="28"/>
                <w:szCs w:val="28"/>
              </w:rPr>
              <w:t>(Ký và ghi rõ họ tên)</w:t>
            </w:r>
          </w:p>
        </w:tc>
        <w:tc>
          <w:tcPr>
            <w:tcW w:w="5002" w:type="dxa"/>
          </w:tcPr>
          <w:p w14:paraId="42AFA700" w14:textId="77777777" w:rsidR="0073139C" w:rsidRPr="00702820" w:rsidRDefault="009E2051">
            <w:pPr>
              <w:jc w:val="center"/>
              <w:rPr>
                <w:sz w:val="28"/>
                <w:szCs w:val="28"/>
              </w:rPr>
            </w:pPr>
            <w:r w:rsidRPr="00702820">
              <w:rPr>
                <w:i/>
                <w:sz w:val="28"/>
                <w:szCs w:val="28"/>
              </w:rPr>
              <w:t>................, ngày ...... tháng ...... năm 2026</w:t>
            </w:r>
            <w:r w:rsidRPr="00702820">
              <w:rPr>
                <w:i/>
                <w:sz w:val="28"/>
                <w:szCs w:val="28"/>
              </w:rPr>
              <w:br/>
            </w:r>
            <w:r w:rsidRPr="00702820">
              <w:rPr>
                <w:b/>
                <w:sz w:val="28"/>
                <w:szCs w:val="28"/>
              </w:rPr>
              <w:t>HỌC SINH LÀM ĐƠN</w:t>
            </w:r>
            <w:r w:rsidRPr="00702820">
              <w:rPr>
                <w:b/>
                <w:sz w:val="28"/>
                <w:szCs w:val="28"/>
              </w:rPr>
              <w:br/>
            </w:r>
            <w:r w:rsidRPr="00702820">
              <w:rPr>
                <w:i/>
                <w:sz w:val="28"/>
                <w:szCs w:val="28"/>
              </w:rPr>
              <w:t>(Ký và ghi rõ họ tên)</w:t>
            </w:r>
          </w:p>
        </w:tc>
      </w:tr>
    </w:tbl>
    <w:p w14:paraId="799C4546" w14:textId="77777777" w:rsidR="009E2051" w:rsidRPr="00702820" w:rsidRDefault="009E2051">
      <w:pPr>
        <w:rPr>
          <w:sz w:val="28"/>
          <w:szCs w:val="28"/>
        </w:rPr>
      </w:pPr>
    </w:p>
    <w:sectPr w:rsidR="009E2051" w:rsidRPr="00702820" w:rsidSect="00702820">
      <w:pgSz w:w="11907" w:h="16840" w:code="9"/>
      <w:pgMar w:top="1134" w:right="1134" w:bottom="1134" w:left="1701" w:header="567" w:footer="56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3902F9"/>
    <w:rsid w:val="00471083"/>
    <w:rsid w:val="00702820"/>
    <w:rsid w:val="0073139C"/>
    <w:rsid w:val="009E2051"/>
    <w:rsid w:val="00AA1D8D"/>
    <w:rsid w:val="00B47730"/>
    <w:rsid w:val="00CB0664"/>
    <w:rsid w:val="00E567C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20A01D"/>
  <w14:defaultImageDpi w14:val="300"/>
  <w15:docId w15:val="{62595140-1AB4-440B-8E69-105CB2E5A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280</Words>
  <Characters>1599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Ngọc Bảo Tạ</cp:lastModifiedBy>
  <cp:revision>5</cp:revision>
  <dcterms:created xsi:type="dcterms:W3CDTF">2026-07-28T15:43:00Z</dcterms:created>
  <dcterms:modified xsi:type="dcterms:W3CDTF">2026-07-30T05:15:00Z</dcterms:modified>
  <cp:category/>
</cp:coreProperties>
</file>