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ADEF" w14:textId="68F108A6" w:rsidR="000141F3" w:rsidRPr="00AD6A97" w:rsidRDefault="00AD6A97" w:rsidP="00FD7B72">
      <w:pPr>
        <w:spacing w:after="0" w:line="240" w:lineRule="auto"/>
        <w:jc w:val="center"/>
        <w:rPr>
          <w:sz w:val="28"/>
          <w:szCs w:val="28"/>
        </w:rPr>
      </w:pPr>
      <w:r w:rsidRPr="00AD6A9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5C477" wp14:editId="0AF6C492">
                <wp:simplePos x="0" y="0"/>
                <wp:positionH relativeFrom="column">
                  <wp:posOffset>1784985</wp:posOffset>
                </wp:positionH>
                <wp:positionV relativeFrom="paragraph">
                  <wp:posOffset>445770</wp:posOffset>
                </wp:positionV>
                <wp:extent cx="2202180" cy="0"/>
                <wp:effectExtent l="38100" t="38100" r="6477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21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1D5EA7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55pt,35.1pt" to="313.9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425D26" w:rsidRPr="00AD6A97">
        <w:rPr>
          <w:b/>
          <w:sz w:val="28"/>
          <w:szCs w:val="28"/>
        </w:rPr>
        <w:t>C</w:t>
      </w:r>
      <w:r w:rsidR="00425D26" w:rsidRPr="00AD6A97">
        <w:rPr>
          <w:b/>
          <w:sz w:val="28"/>
          <w:szCs w:val="28"/>
        </w:rPr>
        <w:t>Ộ</w:t>
      </w:r>
      <w:r w:rsidR="00425D26" w:rsidRPr="00AD6A97">
        <w:rPr>
          <w:b/>
          <w:sz w:val="28"/>
          <w:szCs w:val="28"/>
        </w:rPr>
        <w:t>NG HÒA XÃ H</w:t>
      </w:r>
      <w:r w:rsidR="00425D26" w:rsidRPr="00AD6A97">
        <w:rPr>
          <w:b/>
          <w:sz w:val="28"/>
          <w:szCs w:val="28"/>
        </w:rPr>
        <w:t>Ộ</w:t>
      </w:r>
      <w:r w:rsidR="00425D26" w:rsidRPr="00AD6A97">
        <w:rPr>
          <w:b/>
          <w:sz w:val="28"/>
          <w:szCs w:val="28"/>
        </w:rPr>
        <w:t>I CH</w:t>
      </w:r>
      <w:r w:rsidR="00425D26" w:rsidRPr="00AD6A97">
        <w:rPr>
          <w:b/>
          <w:sz w:val="28"/>
          <w:szCs w:val="28"/>
        </w:rPr>
        <w:t>Ủ</w:t>
      </w:r>
      <w:r w:rsidR="00425D26" w:rsidRPr="00AD6A97">
        <w:rPr>
          <w:b/>
          <w:sz w:val="28"/>
          <w:szCs w:val="28"/>
        </w:rPr>
        <w:t xml:space="preserve"> NGHĨA VI</w:t>
      </w:r>
      <w:r w:rsidR="00425D26" w:rsidRPr="00AD6A97">
        <w:rPr>
          <w:b/>
          <w:sz w:val="28"/>
          <w:szCs w:val="28"/>
        </w:rPr>
        <w:t>Ệ</w:t>
      </w:r>
      <w:r w:rsidR="00425D26" w:rsidRPr="00AD6A97">
        <w:rPr>
          <w:b/>
          <w:sz w:val="28"/>
          <w:szCs w:val="28"/>
        </w:rPr>
        <w:t>T NAM</w:t>
      </w:r>
      <w:r w:rsidR="00425D26" w:rsidRPr="00AD6A97">
        <w:rPr>
          <w:b/>
          <w:sz w:val="28"/>
          <w:szCs w:val="28"/>
        </w:rPr>
        <w:br/>
        <w:t>Đ</w:t>
      </w:r>
      <w:r w:rsidR="00425D26" w:rsidRPr="00AD6A97">
        <w:rPr>
          <w:b/>
          <w:sz w:val="28"/>
          <w:szCs w:val="28"/>
        </w:rPr>
        <w:t>ộ</w:t>
      </w:r>
      <w:r w:rsidR="00425D26" w:rsidRPr="00AD6A97">
        <w:rPr>
          <w:b/>
          <w:sz w:val="28"/>
          <w:szCs w:val="28"/>
        </w:rPr>
        <w:t>c l</w:t>
      </w:r>
      <w:r w:rsidR="00425D26" w:rsidRPr="00AD6A97">
        <w:rPr>
          <w:b/>
          <w:sz w:val="28"/>
          <w:szCs w:val="28"/>
        </w:rPr>
        <w:t>ậ</w:t>
      </w:r>
      <w:r w:rsidR="00425D26" w:rsidRPr="00AD6A97">
        <w:rPr>
          <w:b/>
          <w:sz w:val="28"/>
          <w:szCs w:val="28"/>
        </w:rPr>
        <w:t>p - T</w:t>
      </w:r>
      <w:r w:rsidR="00425D26" w:rsidRPr="00AD6A97">
        <w:rPr>
          <w:b/>
          <w:sz w:val="28"/>
          <w:szCs w:val="28"/>
        </w:rPr>
        <w:t>ự</w:t>
      </w:r>
      <w:r w:rsidR="00425D26" w:rsidRPr="00AD6A97">
        <w:rPr>
          <w:b/>
          <w:sz w:val="28"/>
          <w:szCs w:val="28"/>
        </w:rPr>
        <w:t xml:space="preserve"> do - H</w:t>
      </w:r>
      <w:r w:rsidR="00425D26" w:rsidRPr="00AD6A97">
        <w:rPr>
          <w:b/>
          <w:sz w:val="28"/>
          <w:szCs w:val="28"/>
        </w:rPr>
        <w:t>ạ</w:t>
      </w:r>
      <w:r w:rsidR="00425D26" w:rsidRPr="00AD6A97">
        <w:rPr>
          <w:b/>
          <w:sz w:val="28"/>
          <w:szCs w:val="28"/>
        </w:rPr>
        <w:t>nh phúc</w:t>
      </w:r>
      <w:r w:rsidR="00425D26" w:rsidRPr="00AD6A97">
        <w:rPr>
          <w:b/>
          <w:sz w:val="28"/>
          <w:szCs w:val="28"/>
        </w:rPr>
        <w:br/>
      </w:r>
    </w:p>
    <w:p w14:paraId="31A120A6" w14:textId="75A712CB" w:rsidR="000141F3" w:rsidRDefault="00425D26" w:rsidP="00FD7B72">
      <w:pPr>
        <w:spacing w:after="0" w:line="240" w:lineRule="auto"/>
        <w:jc w:val="center"/>
      </w:pPr>
      <w:r>
        <w:rPr>
          <w:b/>
          <w:sz w:val="28"/>
        </w:rPr>
        <w:t>ĐƠN Đ</w:t>
      </w:r>
      <w:r>
        <w:rPr>
          <w:b/>
          <w:sz w:val="28"/>
        </w:rPr>
        <w:t>Ề</w:t>
      </w:r>
      <w:r>
        <w:rPr>
          <w:b/>
          <w:sz w:val="28"/>
        </w:rPr>
        <w:t xml:space="preserve"> NGH</w:t>
      </w:r>
      <w:r>
        <w:rPr>
          <w:b/>
          <w:sz w:val="28"/>
        </w:rPr>
        <w:t>Ị</w:t>
      </w:r>
      <w:r>
        <w:rPr>
          <w:b/>
          <w:sz w:val="28"/>
        </w:rPr>
        <w:br/>
        <w:t>XÁC NH</w:t>
      </w:r>
      <w:r>
        <w:rPr>
          <w:b/>
          <w:sz w:val="28"/>
        </w:rPr>
        <w:t>Ậ</w:t>
      </w:r>
      <w:r>
        <w:rPr>
          <w:b/>
          <w:sz w:val="28"/>
        </w:rPr>
        <w:t>N KHO</w:t>
      </w:r>
      <w:r>
        <w:rPr>
          <w:b/>
          <w:sz w:val="28"/>
        </w:rPr>
        <w:t>Ả</w:t>
      </w:r>
      <w:r>
        <w:rPr>
          <w:b/>
          <w:sz w:val="28"/>
        </w:rPr>
        <w:t>NG CÁCH T</w:t>
      </w:r>
      <w:r>
        <w:rPr>
          <w:b/>
          <w:sz w:val="28"/>
        </w:rPr>
        <w:t>Ừ</w:t>
      </w:r>
      <w:r>
        <w:rPr>
          <w:b/>
          <w:sz w:val="28"/>
        </w:rPr>
        <w:t xml:space="preserve"> NƠI THƯ</w:t>
      </w:r>
      <w:r>
        <w:rPr>
          <w:b/>
          <w:sz w:val="28"/>
        </w:rPr>
        <w:t>Ờ</w:t>
      </w:r>
      <w:r>
        <w:rPr>
          <w:b/>
          <w:sz w:val="28"/>
        </w:rPr>
        <w:t>NG TRÚ Đ</w:t>
      </w:r>
      <w:r>
        <w:rPr>
          <w:b/>
          <w:sz w:val="28"/>
        </w:rPr>
        <w:t>Ế</w:t>
      </w:r>
      <w:r>
        <w:rPr>
          <w:b/>
          <w:sz w:val="28"/>
        </w:rPr>
        <w:t>N TRƯ</w:t>
      </w:r>
      <w:r>
        <w:rPr>
          <w:b/>
          <w:sz w:val="28"/>
        </w:rPr>
        <w:t>Ờ</w:t>
      </w:r>
      <w:r>
        <w:rPr>
          <w:b/>
          <w:sz w:val="28"/>
        </w:rPr>
        <w:t xml:space="preserve">NG </w:t>
      </w:r>
      <w:r w:rsidR="00FD7B72">
        <w:rPr>
          <w:b/>
          <w:sz w:val="28"/>
        </w:rPr>
        <w:t>THPT CHUYÊN NGUYỄN CHÍ THANH</w:t>
      </w:r>
    </w:p>
    <w:p w14:paraId="0F7EBD6A" w14:textId="77777777" w:rsidR="00FD7B72" w:rsidRDefault="00FD7B72" w:rsidP="00FD7B72">
      <w:pPr>
        <w:rPr>
          <w:i/>
        </w:rPr>
      </w:pPr>
    </w:p>
    <w:p w14:paraId="0D6E416C" w14:textId="73916CFB" w:rsidR="000141F3" w:rsidRPr="00FD7B72" w:rsidRDefault="00425D26" w:rsidP="00FD7B72">
      <w:pPr>
        <w:ind w:firstLine="720"/>
        <w:rPr>
          <w:iCs/>
        </w:rPr>
      </w:pPr>
      <w:r w:rsidRPr="00AD6A97">
        <w:rPr>
          <w:b/>
          <w:bCs/>
          <w:iCs/>
        </w:rPr>
        <w:t>Kính g</w:t>
      </w:r>
      <w:r w:rsidRPr="00AD6A97">
        <w:rPr>
          <w:b/>
          <w:bCs/>
          <w:iCs/>
        </w:rPr>
        <w:t>ử</w:t>
      </w:r>
      <w:r w:rsidRPr="00AD6A97">
        <w:rPr>
          <w:b/>
          <w:bCs/>
          <w:iCs/>
        </w:rPr>
        <w:t>i:</w:t>
      </w:r>
      <w:r w:rsidRPr="00FD7B72">
        <w:rPr>
          <w:iCs/>
        </w:rPr>
        <w:t xml:space="preserve"> </w:t>
      </w:r>
      <w:r w:rsidRPr="00FD7B72">
        <w:rPr>
          <w:iCs/>
        </w:rPr>
        <w:t>Ủ</w:t>
      </w:r>
      <w:r w:rsidRPr="00FD7B72">
        <w:rPr>
          <w:iCs/>
        </w:rPr>
        <w:t xml:space="preserve">y ban </w:t>
      </w:r>
      <w:r w:rsidR="00FD7B72">
        <w:rPr>
          <w:iCs/>
        </w:rPr>
        <w:t>N</w:t>
      </w:r>
      <w:r w:rsidRPr="00FD7B72">
        <w:rPr>
          <w:iCs/>
        </w:rPr>
        <w:t xml:space="preserve">hân dân </w:t>
      </w:r>
      <w:r w:rsidRPr="00FD7B72">
        <w:rPr>
          <w:iCs/>
        </w:rPr>
        <w:t>phư</w:t>
      </w:r>
      <w:r w:rsidRPr="00FD7B72">
        <w:rPr>
          <w:iCs/>
        </w:rPr>
        <w:t>ờ</w:t>
      </w:r>
      <w:r w:rsidRPr="00FD7B72">
        <w:rPr>
          <w:iCs/>
        </w:rPr>
        <w:t>ng</w:t>
      </w:r>
      <w:r w:rsidRPr="00FD7B72">
        <w:rPr>
          <w:iCs/>
        </w:rPr>
        <w:t xml:space="preserve"> </w:t>
      </w:r>
      <w:r w:rsidRPr="00FD7B72">
        <w:rPr>
          <w:iCs/>
        </w:rPr>
        <w:t>.........................................................</w:t>
      </w:r>
      <w:r w:rsidR="00FD7B72">
        <w:rPr>
          <w:iCs/>
        </w:rPr>
        <w:t>...........</w:t>
      </w:r>
    </w:p>
    <w:p w14:paraId="59D079CA" w14:textId="2E4BCA17" w:rsidR="000141F3" w:rsidRDefault="00425D26">
      <w:r>
        <w:t>Tôi tên là: .........................................................................................................................</w:t>
      </w:r>
      <w:r w:rsidR="00FD7B72">
        <w:t>.</w:t>
      </w:r>
    </w:p>
    <w:p w14:paraId="2DDD2502" w14:textId="111B0743" w:rsidR="000141F3" w:rsidRDefault="00425D26">
      <w:r>
        <w:t>S</w:t>
      </w:r>
      <w:r>
        <w:t>ố</w:t>
      </w:r>
      <w:r>
        <w:t xml:space="preserve"> CCCD</w:t>
      </w:r>
      <w:r>
        <w:t>: ........................................</w:t>
      </w:r>
      <w:r>
        <w:t xml:space="preserve"> Ngày c</w:t>
      </w:r>
      <w:r>
        <w:t>ấ</w:t>
      </w:r>
      <w:r>
        <w:t>p: ........................ Nơi c</w:t>
      </w:r>
      <w:r>
        <w:t>ấ</w:t>
      </w:r>
      <w:r>
        <w:t>p: ....................</w:t>
      </w:r>
      <w:r w:rsidR="00FD7B72">
        <w:t>...</w:t>
      </w:r>
    </w:p>
    <w:p w14:paraId="17E1836A" w14:textId="0B96FD7A" w:rsidR="000141F3" w:rsidRDefault="00425D26">
      <w:r>
        <w:t>Là cha/m</w:t>
      </w:r>
      <w:r>
        <w:t>ẹ</w:t>
      </w:r>
      <w:r>
        <w:t>/ngư</w:t>
      </w:r>
      <w:r>
        <w:t>ờ</w:t>
      </w:r>
      <w:r>
        <w:t>i giám h</w:t>
      </w:r>
      <w:r>
        <w:t>ộ</w:t>
      </w:r>
      <w:r>
        <w:t xml:space="preserve"> c</w:t>
      </w:r>
      <w:r>
        <w:t>ủ</w:t>
      </w:r>
      <w:r>
        <w:t>a h</w:t>
      </w:r>
      <w:r>
        <w:t>ọ</w:t>
      </w:r>
      <w:r>
        <w:t>c sinh: ..........................................................................</w:t>
      </w:r>
      <w:r w:rsidR="00FD7B72">
        <w:t>.</w:t>
      </w:r>
    </w:p>
    <w:p w14:paraId="417B2A23" w14:textId="54D5EF8E" w:rsidR="000141F3" w:rsidRDefault="00425D26">
      <w:r>
        <w:t>Ngày sinh: ..............................................</w:t>
      </w:r>
      <w:r>
        <w:t>..........................................................................</w:t>
      </w:r>
      <w:r w:rsidR="00FD7B72">
        <w:t>.</w:t>
      </w:r>
    </w:p>
    <w:p w14:paraId="2D0C5622" w14:textId="004ECF6A" w:rsidR="000141F3" w:rsidRDefault="00425D26">
      <w:r>
        <w:t>Hi</w:t>
      </w:r>
      <w:r>
        <w:t>ệ</w:t>
      </w:r>
      <w:r>
        <w:t>n đang h</w:t>
      </w:r>
      <w:r>
        <w:t>ọ</w:t>
      </w:r>
      <w:r>
        <w:t>c l</w:t>
      </w:r>
      <w:r>
        <w:t>ớ</w:t>
      </w:r>
      <w:r>
        <w:t>p: ....................................... Trư</w:t>
      </w:r>
      <w:r>
        <w:t>ờ</w:t>
      </w:r>
      <w:r>
        <w:t xml:space="preserve">ng THPT </w:t>
      </w:r>
      <w:r w:rsidR="00FD7B72">
        <w:t>c</w:t>
      </w:r>
      <w:r>
        <w:t>huyên</w:t>
      </w:r>
      <w:r w:rsidR="00FD7B72">
        <w:t xml:space="preserve"> Nguyễn Chí Thanh</w:t>
      </w:r>
    </w:p>
    <w:p w14:paraId="3F1A14D1" w14:textId="5BA22A04" w:rsidR="000141F3" w:rsidRDefault="00425D26">
      <w:r>
        <w:t>Nơi thư</w:t>
      </w:r>
      <w:r>
        <w:t>ờ</w:t>
      </w:r>
      <w:r>
        <w:t>ng trú (Ghi theo S</w:t>
      </w:r>
      <w:r>
        <w:t>ổ</w:t>
      </w:r>
      <w:r>
        <w:t xml:space="preserve"> h</w:t>
      </w:r>
      <w:r>
        <w:t>ộ</w:t>
      </w:r>
      <w:r>
        <w:t xml:space="preserve"> kh</w:t>
      </w:r>
      <w:r>
        <w:t>ẩ</w:t>
      </w:r>
      <w:r>
        <w:t>u/VNeID):</w:t>
      </w:r>
      <w:r w:rsidR="00FD7B72">
        <w:t xml:space="preserve"> </w:t>
      </w:r>
      <w:r>
        <w:t>................................................................</w:t>
      </w:r>
    </w:p>
    <w:p w14:paraId="7732B7C3" w14:textId="7B4A1C2F" w:rsidR="00FD7B72" w:rsidRDefault="00FD7B72">
      <w:r>
        <w:t>…………………………………………………………………………………………...</w:t>
      </w:r>
    </w:p>
    <w:p w14:paraId="669D7469" w14:textId="65EB1CEC" w:rsidR="000141F3" w:rsidRDefault="00425D26">
      <w:pPr>
        <w:ind w:firstLine="567"/>
        <w:jc w:val="both"/>
      </w:pPr>
      <w:r>
        <w:t>Căn c</w:t>
      </w:r>
      <w:r>
        <w:t>ứ</w:t>
      </w:r>
      <w:r>
        <w:t xml:space="preserve"> Ngh</w:t>
      </w:r>
      <w:r>
        <w:t>ị</w:t>
      </w:r>
      <w:r>
        <w:t xml:space="preserve"> quy</w:t>
      </w:r>
      <w:r>
        <w:t>ế</w:t>
      </w:r>
      <w:r>
        <w:t xml:space="preserve">t </w:t>
      </w:r>
      <w:r>
        <w:t>s</w:t>
      </w:r>
      <w:r>
        <w:t>ố</w:t>
      </w:r>
      <w:r>
        <w:t xml:space="preserve"> 30/2026/NQ-HĐND ngày 30/6/2026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nhân dân t</w:t>
      </w:r>
      <w:r>
        <w:t>ỉ</w:t>
      </w:r>
      <w:r>
        <w:t>nh Lâm Đ</w:t>
      </w:r>
      <w:r>
        <w:t>ồ</w:t>
      </w:r>
      <w:r>
        <w:t>ng quy đ</w:t>
      </w:r>
      <w:r>
        <w:t>ị</w:t>
      </w:r>
      <w:r>
        <w:t>nh ch</w:t>
      </w:r>
      <w:r>
        <w:t>ế</w:t>
      </w:r>
      <w:r>
        <w:t xml:space="preserve"> đ</w:t>
      </w:r>
      <w:r>
        <w:t>ộ</w:t>
      </w:r>
      <w:r>
        <w:t>, chính sách đ</w:t>
      </w:r>
      <w:r>
        <w:t>ố</w:t>
      </w:r>
      <w:r>
        <w:t>i v</w:t>
      </w:r>
      <w:r>
        <w:t>ớ</w:t>
      </w:r>
      <w:r>
        <w:t>i h</w:t>
      </w:r>
      <w:r>
        <w:t>ọ</w:t>
      </w:r>
      <w:r>
        <w:t>c sinh trư</w:t>
      </w:r>
      <w:r>
        <w:t>ờ</w:t>
      </w:r>
      <w:r>
        <w:t>ng THPT chuyên. Đ</w:t>
      </w:r>
      <w:r>
        <w:t>ể</w:t>
      </w:r>
      <w:r>
        <w:t xml:space="preserve"> có cơ s</w:t>
      </w:r>
      <w:r>
        <w:t>ở</w:t>
      </w:r>
      <w:r>
        <w:t xml:space="preserve"> xét duy</w:t>
      </w:r>
      <w:r>
        <w:t>ệ</w:t>
      </w:r>
      <w:r>
        <w:t>t hư</w:t>
      </w:r>
      <w:r>
        <w:t>ở</w:t>
      </w:r>
      <w:r>
        <w:t>ng chính sách h</w:t>
      </w:r>
      <w:r>
        <w:t>ỗ</w:t>
      </w:r>
      <w:r>
        <w:t xml:space="preserve"> tr</w:t>
      </w:r>
      <w:r>
        <w:t>ợ</w:t>
      </w:r>
      <w:r>
        <w:t xml:space="preserve"> n</w:t>
      </w:r>
      <w:r>
        <w:t>ộ</w:t>
      </w:r>
      <w:r>
        <w:t>i trú (dành cho h</w:t>
      </w:r>
      <w:r>
        <w:t>ọ</w:t>
      </w:r>
      <w:r>
        <w:t>c sinh có nơi thư</w:t>
      </w:r>
      <w:r>
        <w:t>ờ</w:t>
      </w:r>
      <w:r>
        <w:t>ng trú cách trư</w:t>
      </w:r>
      <w:r>
        <w:t>ờ</w:t>
      </w:r>
      <w:r>
        <w:t>ng t</w:t>
      </w:r>
      <w:r>
        <w:t>ừ</w:t>
      </w:r>
      <w:r>
        <w:t xml:space="preserve"> 15 km tr</w:t>
      </w:r>
      <w:r>
        <w:t>ở</w:t>
      </w:r>
      <w:r>
        <w:t xml:space="preserve"> lên),</w:t>
      </w:r>
      <w:r>
        <w:t xml:space="preserve"> tôi làm đơn này kính đ</w:t>
      </w:r>
      <w:r>
        <w:t>ề</w:t>
      </w:r>
      <w:r>
        <w:t xml:space="preserve"> ngh</w:t>
      </w:r>
      <w:r>
        <w:t>ị</w:t>
      </w:r>
      <w:r>
        <w:t xml:space="preserve"> </w:t>
      </w:r>
      <w:r>
        <w:t>Ủ</w:t>
      </w:r>
      <w:r>
        <w:t xml:space="preserve">y ban nhân dân </w:t>
      </w:r>
      <w:r>
        <w:t>phư</w:t>
      </w:r>
      <w:r>
        <w:t>ờ</w:t>
      </w:r>
      <w:r>
        <w:t>ng</w:t>
      </w:r>
      <w:r w:rsidR="00FD7B72">
        <w:t xml:space="preserve"> ………………………………</w:t>
      </w:r>
      <w:r>
        <w:t xml:space="preserve"> xác nh</w:t>
      </w:r>
      <w:r>
        <w:t>ậ</w:t>
      </w:r>
      <w:r>
        <w:t>n kho</w:t>
      </w:r>
      <w:r>
        <w:t>ả</w:t>
      </w:r>
      <w:r>
        <w:t>ng cách t</w:t>
      </w:r>
      <w:r>
        <w:t>ừ</w:t>
      </w:r>
      <w:r>
        <w:t xml:space="preserve"> nơi thư</w:t>
      </w:r>
      <w:r>
        <w:t>ờ</w:t>
      </w:r>
      <w:r>
        <w:t>ng trú c</w:t>
      </w:r>
      <w:r>
        <w:t>ủ</w:t>
      </w:r>
      <w:r>
        <w:t>a gia đình đ</w:t>
      </w:r>
      <w:r>
        <w:t>ế</w:t>
      </w:r>
      <w:r>
        <w:t>n Trư</w:t>
      </w:r>
      <w:r>
        <w:t>ờ</w:t>
      </w:r>
      <w:r>
        <w:t xml:space="preserve">ng THPT </w:t>
      </w:r>
      <w:r w:rsidR="00FD7B72">
        <w:t>c</w:t>
      </w:r>
      <w:r>
        <w:t xml:space="preserve">huyên </w:t>
      </w:r>
      <w:r w:rsidR="00FD7B72">
        <w:t>Nguyễn Chí Thanh</w:t>
      </w:r>
      <w:r w:rsidR="00FD7B72">
        <w:t>, địa chỉ số 8, Lê Duẩn, Tổ 2, phường Nam Gia Nghĩa, tỉnh Lâm Đồng (Khu hành chính Sùng Đức cũ)</w:t>
      </w:r>
    </w:p>
    <w:p w14:paraId="4187BBDB" w14:textId="5BE1F80E" w:rsidR="000141F3" w:rsidRDefault="00425D26">
      <w:r>
        <w:rPr>
          <w:b/>
        </w:rPr>
        <w:t>C</w:t>
      </w:r>
      <w:r>
        <w:rPr>
          <w:b/>
        </w:rPr>
        <w:t>ụ</w:t>
      </w:r>
      <w:r>
        <w:rPr>
          <w:b/>
        </w:rPr>
        <w:t xml:space="preserve"> th</w:t>
      </w:r>
      <w:r>
        <w:rPr>
          <w:b/>
        </w:rPr>
        <w:t>ể</w:t>
      </w:r>
      <w:r>
        <w:rPr>
          <w:b/>
        </w:rPr>
        <w:t xml:space="preserve"> kho</w:t>
      </w:r>
      <w:r>
        <w:rPr>
          <w:b/>
        </w:rPr>
        <w:t>ả</w:t>
      </w:r>
      <w:r>
        <w:rPr>
          <w:b/>
        </w:rPr>
        <w:t>ng cách th</w:t>
      </w:r>
      <w:r>
        <w:rPr>
          <w:b/>
        </w:rPr>
        <w:t>ự</w:t>
      </w:r>
      <w:r>
        <w:rPr>
          <w:b/>
        </w:rPr>
        <w:t>c t</w:t>
      </w:r>
      <w:r>
        <w:rPr>
          <w:b/>
        </w:rPr>
        <w:t>ế</w:t>
      </w:r>
      <w:r>
        <w:rPr>
          <w:b/>
        </w:rPr>
        <w:t xml:space="preserve"> là: </w:t>
      </w:r>
      <w:r w:rsidR="00FD7B72">
        <w:rPr>
          <w:b/>
        </w:rPr>
        <w:t xml:space="preserve">Bằng số </w:t>
      </w:r>
      <w:r>
        <w:rPr>
          <w:b/>
        </w:rPr>
        <w:t>... km</w:t>
      </w:r>
      <w:r w:rsidR="00FD7B72">
        <w:rPr>
          <w:b/>
        </w:rPr>
        <w:t xml:space="preserve"> (Bằng chữ: </w:t>
      </w:r>
      <w:r w:rsidR="00FD7B72" w:rsidRPr="00FD7B72">
        <w:rPr>
          <w:bCs/>
        </w:rPr>
        <w:t>…………………………</w:t>
      </w:r>
      <w:r w:rsidR="00FD7B72">
        <w:rPr>
          <w:b/>
        </w:rPr>
        <w:t>)</w:t>
      </w:r>
    </w:p>
    <w:p w14:paraId="0F3EA6FD" w14:textId="77777777" w:rsidR="000141F3" w:rsidRDefault="00425D26">
      <w:pPr>
        <w:ind w:firstLine="567"/>
        <w:jc w:val="both"/>
      </w:pPr>
      <w:r>
        <w:t>Tôi</w:t>
      </w:r>
      <w:r>
        <w:t xml:space="preserve"> xin cam đoan nh</w:t>
      </w:r>
      <w:r>
        <w:t>ữ</w:t>
      </w:r>
      <w:r>
        <w:t>ng thông tin khai trên là hoàn toàn đúng s</w:t>
      </w:r>
      <w:r>
        <w:t>ự</w:t>
      </w:r>
      <w:r>
        <w:t xml:space="preserve"> th</w:t>
      </w:r>
      <w:r>
        <w:t>ậ</w:t>
      </w:r>
      <w:r>
        <w:t>t và xin ch</w:t>
      </w:r>
      <w:r>
        <w:t>ị</w:t>
      </w:r>
      <w:r>
        <w:t>u trách nhi</w:t>
      </w:r>
      <w:r>
        <w:t>ệ</w:t>
      </w:r>
      <w:r>
        <w:t>m trư</w:t>
      </w:r>
      <w:r>
        <w:t>ớ</w:t>
      </w:r>
      <w:r>
        <w:t>c pháp lu</w:t>
      </w:r>
      <w:r>
        <w:t>ậ</w:t>
      </w:r>
      <w:r>
        <w:t>t v</w:t>
      </w:r>
      <w:r>
        <w:t>ề</w:t>
      </w:r>
      <w:r>
        <w:t xml:space="preserve"> l</w:t>
      </w:r>
      <w:r>
        <w:t>ờ</w:t>
      </w:r>
      <w:r>
        <w:t>i khai c</w:t>
      </w:r>
      <w:r>
        <w:t>ủ</w:t>
      </w:r>
      <w:r>
        <w:t>a mình.</w:t>
      </w:r>
    </w:p>
    <w:p w14:paraId="7198F6FF" w14:textId="77777777" w:rsidR="000141F3" w:rsidRDefault="00425D26" w:rsidP="00FD7B72">
      <w:pPr>
        <w:ind w:firstLine="567"/>
      </w:pPr>
      <w:r>
        <w:t>Xin trân tr</w:t>
      </w:r>
      <w:r>
        <w:t>ọ</w:t>
      </w:r>
      <w:r>
        <w:t>ng c</w:t>
      </w:r>
      <w:r>
        <w:t>ả</w:t>
      </w:r>
      <w:r>
        <w:t>m ơn!</w:t>
      </w:r>
    </w:p>
    <w:tbl>
      <w:tblPr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4894"/>
      </w:tblGrid>
      <w:tr w:rsidR="000141F3" w14:paraId="3C6A1F9C" w14:textId="77777777" w:rsidTr="00AD6A97">
        <w:trPr>
          <w:jc w:val="center"/>
        </w:trPr>
        <w:tc>
          <w:tcPr>
            <w:tcW w:w="4320" w:type="dxa"/>
          </w:tcPr>
          <w:p w14:paraId="3F2C91BB" w14:textId="0C109784" w:rsidR="000141F3" w:rsidRDefault="00425D26">
            <w:pPr>
              <w:jc w:val="center"/>
            </w:pPr>
            <w:r>
              <w:rPr>
                <w:b/>
              </w:rPr>
              <w:t>XÁC NH</w:t>
            </w:r>
            <w:r>
              <w:rPr>
                <w:b/>
              </w:rPr>
              <w:t>Ậ</w:t>
            </w:r>
            <w:r>
              <w:rPr>
                <w:b/>
              </w:rPr>
              <w:t>N C</w:t>
            </w:r>
            <w:r>
              <w:rPr>
                <w:b/>
              </w:rPr>
              <w:t>Ủ</w:t>
            </w:r>
            <w:r>
              <w:rPr>
                <w:b/>
              </w:rPr>
              <w:t>A UBND</w:t>
            </w:r>
            <w:r>
              <w:rPr>
                <w:b/>
              </w:rPr>
              <w:t xml:space="preserve"> </w:t>
            </w:r>
            <w:r w:rsidR="00FD7B72">
              <w:rPr>
                <w:b/>
              </w:rPr>
              <w:t>PHƯỜNG</w:t>
            </w:r>
            <w:r>
              <w:rPr>
                <w:b/>
              </w:rPr>
              <w:br/>
            </w:r>
            <w:r>
              <w:rPr>
                <w:i/>
              </w:rPr>
              <w:t>(Xác nh</w:t>
            </w:r>
            <w:r>
              <w:rPr>
                <w:i/>
              </w:rPr>
              <w:t>ậ</w:t>
            </w:r>
            <w:r>
              <w:rPr>
                <w:i/>
              </w:rPr>
              <w:t>n kho</w:t>
            </w:r>
            <w:r>
              <w:rPr>
                <w:i/>
              </w:rPr>
              <w:t>ả</w:t>
            </w:r>
            <w:r>
              <w:rPr>
                <w:i/>
              </w:rPr>
              <w:t>ng cách t</w:t>
            </w:r>
            <w:r>
              <w:rPr>
                <w:i/>
              </w:rPr>
              <w:t>ừ</w:t>
            </w:r>
            <w:r>
              <w:rPr>
                <w:i/>
              </w:rPr>
              <w:t xml:space="preserve"> nơi thư</w:t>
            </w:r>
            <w:r>
              <w:rPr>
                <w:i/>
              </w:rPr>
              <w:t>ờ</w:t>
            </w:r>
            <w:r>
              <w:rPr>
                <w:i/>
              </w:rPr>
              <w:t>ng trú</w:t>
            </w:r>
            <w:r w:rsidR="00AD6A97">
              <w:rPr>
                <w:i/>
              </w:rPr>
              <w:t xml:space="preserve"> </w:t>
            </w:r>
            <w:r>
              <w:rPr>
                <w:i/>
              </w:rPr>
              <w:t>đ</w:t>
            </w:r>
            <w:r>
              <w:rPr>
                <w:i/>
              </w:rPr>
              <w:t>ế</w:t>
            </w:r>
            <w:r>
              <w:rPr>
                <w:i/>
              </w:rPr>
              <w:t>n trư</w:t>
            </w:r>
            <w:r>
              <w:rPr>
                <w:i/>
              </w:rPr>
              <w:t>ờ</w:t>
            </w:r>
            <w:r>
              <w:rPr>
                <w:i/>
              </w:rPr>
              <w:t>ng h</w:t>
            </w:r>
            <w:r>
              <w:rPr>
                <w:i/>
              </w:rPr>
              <w:t>ọ</w:t>
            </w:r>
            <w:r>
              <w:rPr>
                <w:i/>
              </w:rPr>
              <w:t>c là: ........ km)</w:t>
            </w:r>
          </w:p>
        </w:tc>
        <w:tc>
          <w:tcPr>
            <w:tcW w:w="4894" w:type="dxa"/>
          </w:tcPr>
          <w:p w14:paraId="2BDF9BD6" w14:textId="77777777" w:rsidR="000141F3" w:rsidRDefault="00425D26">
            <w:pPr>
              <w:jc w:val="center"/>
            </w:pPr>
            <w:r>
              <w:rPr>
                <w:i/>
              </w:rPr>
              <w:t>.......</w:t>
            </w:r>
            <w:r>
              <w:rPr>
                <w:i/>
              </w:rPr>
              <w:t>........., ngày ...... tháng ...... năm 2026</w:t>
            </w:r>
            <w:r>
              <w:rPr>
                <w:i/>
              </w:rPr>
              <w:br/>
            </w:r>
            <w:r>
              <w:rPr>
                <w:b/>
              </w:rPr>
              <w:t>NGƯ</w:t>
            </w:r>
            <w:r>
              <w:rPr>
                <w:b/>
              </w:rPr>
              <w:t>Ờ</w:t>
            </w:r>
            <w:r>
              <w:rPr>
                <w:b/>
              </w:rPr>
              <w:t>I LÀM ĐƠN</w:t>
            </w:r>
            <w:r>
              <w:rPr>
                <w:b/>
              </w:rPr>
              <w:br/>
            </w:r>
            <w:r>
              <w:rPr>
                <w:i/>
              </w:rPr>
              <w:t>(Ký và ghi rõ h</w:t>
            </w:r>
            <w:r>
              <w:rPr>
                <w:i/>
              </w:rPr>
              <w:t>ọ</w:t>
            </w:r>
            <w:r>
              <w:rPr>
                <w:i/>
              </w:rPr>
              <w:t xml:space="preserve"> tên)</w:t>
            </w:r>
          </w:p>
        </w:tc>
      </w:tr>
    </w:tbl>
    <w:p w14:paraId="4E4B665C" w14:textId="77777777" w:rsidR="00425D26" w:rsidRDefault="00425D26"/>
    <w:sectPr w:rsidR="00425D26" w:rsidSect="00FD7B72">
      <w:pgSz w:w="11907" w:h="16840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1F3"/>
    <w:rsid w:val="00034616"/>
    <w:rsid w:val="0006063C"/>
    <w:rsid w:val="0015074B"/>
    <w:rsid w:val="0029639D"/>
    <w:rsid w:val="00326F90"/>
    <w:rsid w:val="00425D26"/>
    <w:rsid w:val="00AA1D8D"/>
    <w:rsid w:val="00AD6A97"/>
    <w:rsid w:val="00B47730"/>
    <w:rsid w:val="00CB0664"/>
    <w:rsid w:val="00DF01A1"/>
    <w:rsid w:val="00FC693F"/>
    <w:rsid w:val="00FD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382FF84"/>
  <w14:defaultImageDpi w14:val="300"/>
  <w15:docId w15:val="{1BFED606-0B14-47DE-A242-1CCCBFA5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Ngọc Bảo Tạ</cp:lastModifiedBy>
  <cp:revision>3</cp:revision>
  <dcterms:created xsi:type="dcterms:W3CDTF">2026-07-28T14:40:00Z</dcterms:created>
  <dcterms:modified xsi:type="dcterms:W3CDTF">2026-07-28T14:53:00Z</dcterms:modified>
  <cp:category/>
</cp:coreProperties>
</file>